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9ABF3" w14:textId="77777777" w:rsidR="00683484" w:rsidRPr="00AF6568" w:rsidRDefault="00AF6568" w:rsidP="00BB1B22">
      <w:pPr>
        <w:rPr>
          <w:rFonts w:ascii="Arial Rounded MT Bold" w:hAnsi="Arial Rounded MT Bold"/>
          <w:sz w:val="28"/>
          <w:szCs w:val="28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7CB07F7" wp14:editId="62FD48CC">
                <wp:simplePos x="0" y="0"/>
                <wp:positionH relativeFrom="column">
                  <wp:posOffset>4800600</wp:posOffset>
                </wp:positionH>
                <wp:positionV relativeFrom="paragraph">
                  <wp:posOffset>-49530</wp:posOffset>
                </wp:positionV>
                <wp:extent cx="3233420" cy="793115"/>
                <wp:effectExtent l="57150" t="19050" r="462280" b="102235"/>
                <wp:wrapNone/>
                <wp:docPr id="7" name="Rounded Rectangular Callou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3420" cy="793115"/>
                        </a:xfrm>
                        <a:prstGeom prst="wedgeRoundRectCallout">
                          <a:avLst>
                            <a:gd name="adj1" fmla="val 63097"/>
                            <a:gd name="adj2" fmla="val -32617"/>
                            <a:gd name="adj3" fmla="val 16667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E28800" w14:textId="77777777" w:rsidR="00BB1B22" w:rsidRDefault="00BB1B22" w:rsidP="00BB1B2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98F4DA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Rounded Rectangular Callout 7" o:spid="_x0000_s1026" type="#_x0000_t62" style="position:absolute;margin-left:378pt;margin-top:-3.9pt;width:254.6pt;height:62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" adj="24429,3755" filled="f" strokecolor="black [3213]">
                <v:shadow on="t" color="black" opacity="22937f" origin=",.5" offset="0,.63889mm"/>
                <v:textbox>
                  <w:txbxContent>
                    <w:p w:rsidR="00BB1B22" w:rsidRDefault="00BB1B22" w:rsidP="00BB1B2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w:drawing>
          <wp:anchor distT="0" distB="0" distL="114300" distR="114300" simplePos="0" relativeHeight="251659264" behindDoc="0" locked="0" layoutInCell="1" allowOverlap="1" wp14:anchorId="29DEB18C" wp14:editId="5F4E0FDD">
            <wp:simplePos x="0" y="0"/>
            <wp:positionH relativeFrom="column">
              <wp:posOffset>8530590</wp:posOffset>
            </wp:positionH>
            <wp:positionV relativeFrom="paragraph">
              <wp:posOffset>-360045</wp:posOffset>
            </wp:positionV>
            <wp:extent cx="606425" cy="1081405"/>
            <wp:effectExtent l="0" t="0" r="3175" b="4445"/>
            <wp:wrapNone/>
            <wp:docPr id="6" name="Picture 6" descr="Hand drawn firefighter cartoon illustration poster or template for international firefighters day | Premium AI-generated vec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and drawn firefighter cartoon illustration poster or template for international firefighters day | Premium AI-generated vecto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425" cy="1081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B1B22">
        <w:rPr>
          <w:rFonts w:ascii="Arial Rounded MT Bold" w:hAnsi="Arial Rounded MT Bold"/>
          <w:b/>
          <w:noProof/>
          <w:sz w:val="60"/>
          <w:szCs w:val="60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51072" behindDoc="0" locked="0" layoutInCell="1" allowOverlap="1" wp14:anchorId="50C3807A" wp14:editId="7724B770">
                <wp:simplePos x="0" y="0"/>
                <wp:positionH relativeFrom="column">
                  <wp:posOffset>4724400</wp:posOffset>
                </wp:positionH>
                <wp:positionV relativeFrom="paragraph">
                  <wp:posOffset>11430</wp:posOffset>
                </wp:positionV>
                <wp:extent cx="3185160" cy="739775"/>
                <wp:effectExtent l="0" t="0" r="0" b="317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5160" cy="739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A70816" w14:textId="77777777" w:rsidR="00BB1B22" w:rsidRPr="00AF6568" w:rsidRDefault="00AF6568" w:rsidP="00AF6568">
                            <w:pPr>
                              <w:jc w:val="right"/>
                              <w:rPr>
                                <w:rFonts w:ascii="Arial Rounded MT Bold" w:hAnsi="Arial Rounded MT Bold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BB1B22" w:rsidRPr="00BB1B22">
                              <w:rPr>
                                <w:rFonts w:ascii="Arial Rounded MT Bold" w:hAnsi="Arial Rounded MT Bold"/>
                                <w:b/>
                                <w:sz w:val="36"/>
                                <w:szCs w:val="36"/>
                              </w:rPr>
                              <w:t xml:space="preserve">Would the Great Fire Have </w:t>
                            </w:r>
                            <w:r>
                              <w:rPr>
                                <w:rFonts w:ascii="Arial Rounded MT Bold" w:hAnsi="Arial Rounded MT Bold"/>
                                <w:b/>
                                <w:sz w:val="36"/>
                                <w:szCs w:val="36"/>
                              </w:rPr>
                              <w:br/>
                            </w:r>
                            <w:r w:rsidR="00BB1B22" w:rsidRPr="00BB1B22">
                              <w:rPr>
                                <w:rFonts w:ascii="Arial Rounded MT Bold" w:hAnsi="Arial Rounded MT Bold"/>
                                <w:b/>
                                <w:sz w:val="36"/>
                                <w:szCs w:val="36"/>
                              </w:rPr>
                              <w:t>Happened Today?</w:t>
                            </w:r>
                          </w:p>
                          <w:p w14:paraId="31EE16E6" w14:textId="77777777" w:rsidR="00BB1B22" w:rsidRDefault="00BB1B2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E8341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372pt;margin-top:.9pt;width:250.8pt;height:58.25pt;z-index: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" stroked="f">
                <v:textbox>
                  <w:txbxContent>
                    <w:p w:rsidR="00BB1B22" w:rsidRPr="00AF6568" w:rsidRDefault="00AF6568" w:rsidP="00AF6568">
                      <w:pPr>
                        <w:jc w:val="right"/>
                        <w:rPr>
                          <w:rFonts w:ascii="Arial Rounded MT Bold" w:hAnsi="Arial Rounded MT Bold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Arial Rounded MT Bold" w:hAnsi="Arial Rounded MT Bold"/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="00BB1B22" w:rsidRPr="00BB1B22">
                        <w:rPr>
                          <w:rFonts w:ascii="Arial Rounded MT Bold" w:hAnsi="Arial Rounded MT Bold"/>
                          <w:b/>
                          <w:sz w:val="36"/>
                          <w:szCs w:val="36"/>
                        </w:rPr>
                        <w:t xml:space="preserve">Would the Great Fire Have </w:t>
                      </w:r>
                      <w:r>
                        <w:rPr>
                          <w:rFonts w:ascii="Arial Rounded MT Bold" w:hAnsi="Arial Rounded MT Bold"/>
                          <w:b/>
                          <w:sz w:val="36"/>
                          <w:szCs w:val="36"/>
                        </w:rPr>
                        <w:br/>
                      </w:r>
                      <w:r w:rsidR="00BB1B22" w:rsidRPr="00BB1B22">
                        <w:rPr>
                          <w:rFonts w:ascii="Arial Rounded MT Bold" w:hAnsi="Arial Rounded MT Bold"/>
                          <w:b/>
                          <w:sz w:val="36"/>
                          <w:szCs w:val="36"/>
                        </w:rPr>
                        <w:t>Happened Today?</w:t>
                      </w:r>
                    </w:p>
                    <w:p w:rsidR="00BB1B22" w:rsidRDefault="00BB1B22"/>
                  </w:txbxContent>
                </v:textbox>
              </v:shape>
            </w:pict>
          </mc:Fallback>
        </mc:AlternateContent>
      </w:r>
      <w:r w:rsidR="0081795F" w:rsidRPr="00BB1B22">
        <w:rPr>
          <w:rFonts w:ascii="Arial Rounded MT Bold" w:hAnsi="Arial Rounded MT Bold"/>
          <w:b/>
          <w:sz w:val="60"/>
          <w:szCs w:val="60"/>
        </w:rPr>
        <w:t>London's Burning!</w:t>
      </w:r>
      <w:r w:rsidR="0081795F" w:rsidRPr="00BB1B22">
        <w:rPr>
          <w:rFonts w:ascii="Arial Rounded MT Bold" w:hAnsi="Arial Rounded MT Bold"/>
          <w:b/>
          <w:sz w:val="40"/>
        </w:rPr>
        <w:br/>
      </w:r>
    </w:p>
    <w:p w14:paraId="37F68642" w14:textId="77777777" w:rsidR="00683484" w:rsidRPr="00AF6568" w:rsidRDefault="0081795F" w:rsidP="00AF6568">
      <w:pPr>
        <w:jc w:val="center"/>
        <w:rPr>
          <w:rFonts w:ascii="Arial Rounded MT Bold" w:hAnsi="Arial Rounded MT Bold"/>
          <w:sz w:val="28"/>
          <w:szCs w:val="28"/>
        </w:rPr>
      </w:pPr>
      <w:r w:rsidRPr="00AF6568">
        <w:rPr>
          <w:rFonts w:ascii="Arial Rounded MT Bold" w:hAnsi="Arial Rounded MT Bold"/>
          <w:sz w:val="28"/>
          <w:szCs w:val="28"/>
        </w:rPr>
        <w:t>During the half term, pick and choose which activities you would like to complete as homework. You will receive 5 Diddy Dots for each task completed and returned to school.</w:t>
      </w:r>
      <w:r w:rsidR="00BB1B22" w:rsidRPr="00AF6568">
        <w:rPr>
          <w:rFonts w:ascii="Arial Rounded MT Bold" w:hAnsi="Arial Rounded MT Bold"/>
          <w:sz w:val="28"/>
          <w:szCs w:val="28"/>
        </w:rPr>
        <w:t xml:space="preserve">  </w:t>
      </w:r>
    </w:p>
    <w:tbl>
      <w:tblPr>
        <w:tblStyle w:val="TableGrid"/>
        <w:tblW w:w="14320" w:type="dxa"/>
        <w:tblLook w:val="04A0" w:firstRow="1" w:lastRow="0" w:firstColumn="1" w:lastColumn="0" w:noHBand="0" w:noVBand="1"/>
      </w:tblPr>
      <w:tblGrid>
        <w:gridCol w:w="3580"/>
        <w:gridCol w:w="3580"/>
        <w:gridCol w:w="3580"/>
        <w:gridCol w:w="3580"/>
      </w:tblGrid>
      <w:tr w:rsidR="00BB1B22" w:rsidRPr="00BB1B22" w14:paraId="3CFC52E6" w14:textId="77777777" w:rsidTr="00BB1B22">
        <w:trPr>
          <w:trHeight w:val="2365"/>
        </w:trPr>
        <w:tc>
          <w:tcPr>
            <w:tcW w:w="3580" w:type="dxa"/>
            <w:vAlign w:val="center"/>
          </w:tcPr>
          <w:p w14:paraId="07896AEC" w14:textId="77777777" w:rsidR="00683484" w:rsidRPr="0005286C" w:rsidRDefault="0081795F" w:rsidP="00BB1B22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05286C">
              <w:rPr>
                <w:rFonts w:ascii="Arial" w:hAnsi="Arial" w:cs="Arial"/>
                <w:b/>
                <w:sz w:val="36"/>
                <w:szCs w:val="36"/>
              </w:rPr>
              <w:t>Find out 5 facts about the Great Fire of London.</w:t>
            </w:r>
          </w:p>
        </w:tc>
        <w:tc>
          <w:tcPr>
            <w:tcW w:w="3580" w:type="dxa"/>
            <w:vAlign w:val="center"/>
          </w:tcPr>
          <w:p w14:paraId="3DD78426" w14:textId="77777777" w:rsidR="00683484" w:rsidRPr="0005286C" w:rsidRDefault="0081795F" w:rsidP="00BB1B22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05286C">
              <w:rPr>
                <w:rFonts w:ascii="Arial" w:hAnsi="Arial" w:cs="Arial"/>
                <w:b/>
                <w:sz w:val="36"/>
                <w:szCs w:val="36"/>
              </w:rPr>
              <w:t>Research Samuel Pepys. Write 5 sentences explaining why he is important.</w:t>
            </w:r>
          </w:p>
        </w:tc>
        <w:tc>
          <w:tcPr>
            <w:tcW w:w="3580" w:type="dxa"/>
            <w:vAlign w:val="center"/>
          </w:tcPr>
          <w:p w14:paraId="0FF58A49" w14:textId="77777777" w:rsidR="00683484" w:rsidRPr="0005286C" w:rsidRDefault="0081795F" w:rsidP="00BB1B22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05286C">
              <w:rPr>
                <w:rFonts w:ascii="Arial" w:hAnsi="Arial" w:cs="Arial"/>
                <w:b/>
                <w:sz w:val="36"/>
                <w:szCs w:val="36"/>
              </w:rPr>
              <w:t>Draw or paint a picture of the Great Fire of London.</w:t>
            </w:r>
          </w:p>
        </w:tc>
        <w:tc>
          <w:tcPr>
            <w:tcW w:w="3580" w:type="dxa"/>
            <w:vAlign w:val="center"/>
          </w:tcPr>
          <w:p w14:paraId="59C6DC3F" w14:textId="77777777" w:rsidR="00683484" w:rsidRPr="0005286C" w:rsidRDefault="0081795F" w:rsidP="00BB1B22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05286C">
              <w:rPr>
                <w:rFonts w:ascii="Arial" w:hAnsi="Arial" w:cs="Arial"/>
                <w:b/>
                <w:sz w:val="36"/>
                <w:szCs w:val="36"/>
              </w:rPr>
              <w:t>Create a timeline showing the key events of the fire.</w:t>
            </w:r>
          </w:p>
        </w:tc>
      </w:tr>
      <w:tr w:rsidR="00683484" w14:paraId="4DA97C05" w14:textId="77777777" w:rsidTr="00BB1B22">
        <w:trPr>
          <w:trHeight w:val="1436"/>
        </w:trPr>
        <w:tc>
          <w:tcPr>
            <w:tcW w:w="3580" w:type="dxa"/>
            <w:vAlign w:val="center"/>
          </w:tcPr>
          <w:p w14:paraId="37051E9E" w14:textId="77777777" w:rsidR="00683484" w:rsidRPr="0005286C" w:rsidRDefault="0081795F" w:rsidP="00BB1B22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05286C">
              <w:rPr>
                <w:rFonts w:ascii="Arial" w:hAnsi="Arial" w:cs="Arial"/>
                <w:b/>
                <w:sz w:val="36"/>
                <w:szCs w:val="36"/>
              </w:rPr>
              <w:t>Build a house like one from 1666.</w:t>
            </w:r>
          </w:p>
        </w:tc>
        <w:tc>
          <w:tcPr>
            <w:tcW w:w="3580" w:type="dxa"/>
            <w:vAlign w:val="center"/>
          </w:tcPr>
          <w:p w14:paraId="5A745DCD" w14:textId="77777777" w:rsidR="00683484" w:rsidRPr="0005286C" w:rsidRDefault="0081795F" w:rsidP="00BB1B22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05286C">
              <w:rPr>
                <w:rFonts w:ascii="Arial" w:hAnsi="Arial" w:cs="Arial"/>
                <w:b/>
                <w:sz w:val="36"/>
                <w:szCs w:val="36"/>
              </w:rPr>
              <w:t>Write a diary entry as a child living through the fire.</w:t>
            </w:r>
          </w:p>
        </w:tc>
        <w:tc>
          <w:tcPr>
            <w:tcW w:w="3580" w:type="dxa"/>
            <w:vAlign w:val="center"/>
          </w:tcPr>
          <w:p w14:paraId="3D3F6979" w14:textId="77777777" w:rsidR="00683484" w:rsidRPr="0005286C" w:rsidRDefault="0081795F" w:rsidP="00BB1B22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05286C">
              <w:rPr>
                <w:rFonts w:ascii="Arial" w:hAnsi="Arial" w:cs="Arial"/>
                <w:b/>
                <w:sz w:val="36"/>
                <w:szCs w:val="36"/>
              </w:rPr>
              <w:t>Find 5 facts about firefighters today.</w:t>
            </w:r>
          </w:p>
        </w:tc>
        <w:tc>
          <w:tcPr>
            <w:tcW w:w="3580" w:type="dxa"/>
            <w:vAlign w:val="center"/>
          </w:tcPr>
          <w:p w14:paraId="44BE254B" w14:textId="77777777" w:rsidR="00683484" w:rsidRPr="0005286C" w:rsidRDefault="0081795F" w:rsidP="00BB1B22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05286C">
              <w:rPr>
                <w:rFonts w:ascii="Arial" w:hAnsi="Arial" w:cs="Arial"/>
                <w:b/>
                <w:sz w:val="36"/>
                <w:szCs w:val="36"/>
              </w:rPr>
              <w:t>Design a modern fire engine and label it.</w:t>
            </w:r>
          </w:p>
        </w:tc>
      </w:tr>
      <w:tr w:rsidR="00683484" w14:paraId="4FE30596" w14:textId="77777777" w:rsidTr="00BB1B22">
        <w:trPr>
          <w:trHeight w:val="1415"/>
        </w:trPr>
        <w:tc>
          <w:tcPr>
            <w:tcW w:w="3580" w:type="dxa"/>
            <w:vAlign w:val="center"/>
          </w:tcPr>
          <w:p w14:paraId="7A07BA7B" w14:textId="77777777" w:rsidR="00683484" w:rsidRPr="0005286C" w:rsidRDefault="0081795F" w:rsidP="00BB1B22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05286C">
              <w:rPr>
                <w:rFonts w:ascii="Arial" w:hAnsi="Arial" w:cs="Arial"/>
                <w:b/>
                <w:sz w:val="36"/>
                <w:szCs w:val="36"/>
              </w:rPr>
              <w:t>Make a fire safety poster.</w:t>
            </w:r>
          </w:p>
        </w:tc>
        <w:tc>
          <w:tcPr>
            <w:tcW w:w="3580" w:type="dxa"/>
            <w:vAlign w:val="center"/>
          </w:tcPr>
          <w:p w14:paraId="158A0BC1" w14:textId="77777777" w:rsidR="00683484" w:rsidRPr="0005286C" w:rsidRDefault="0081795F" w:rsidP="00BB1B22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05286C">
              <w:rPr>
                <w:rFonts w:ascii="Arial" w:hAnsi="Arial" w:cs="Arial"/>
                <w:b/>
                <w:sz w:val="36"/>
                <w:szCs w:val="36"/>
              </w:rPr>
              <w:t>Bake London-themed biscuits and bring a photo.</w:t>
            </w:r>
          </w:p>
        </w:tc>
        <w:tc>
          <w:tcPr>
            <w:tcW w:w="3580" w:type="dxa"/>
            <w:vAlign w:val="center"/>
          </w:tcPr>
          <w:p w14:paraId="6BF1A362" w14:textId="77777777" w:rsidR="00683484" w:rsidRPr="0005286C" w:rsidRDefault="0081795F" w:rsidP="00BB1B22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05286C">
              <w:rPr>
                <w:rFonts w:ascii="Arial" w:hAnsi="Arial" w:cs="Arial"/>
                <w:b/>
                <w:sz w:val="36"/>
                <w:szCs w:val="36"/>
              </w:rPr>
              <w:t>Create a map showing where the fire started.</w:t>
            </w:r>
          </w:p>
        </w:tc>
        <w:tc>
          <w:tcPr>
            <w:tcW w:w="3580" w:type="dxa"/>
            <w:vAlign w:val="center"/>
          </w:tcPr>
          <w:p w14:paraId="3015D040" w14:textId="77777777" w:rsidR="00683484" w:rsidRPr="0005286C" w:rsidRDefault="0081795F" w:rsidP="00BB1B22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05286C">
              <w:rPr>
                <w:rFonts w:ascii="Arial" w:hAnsi="Arial" w:cs="Arial"/>
                <w:b/>
                <w:sz w:val="36"/>
                <w:szCs w:val="36"/>
              </w:rPr>
              <w:t>Research why the fire spread so quickly.</w:t>
            </w:r>
          </w:p>
        </w:tc>
      </w:tr>
      <w:tr w:rsidR="00683484" w14:paraId="13EA89C3" w14:textId="77777777" w:rsidTr="00BB1B22">
        <w:trPr>
          <w:trHeight w:val="1901"/>
        </w:trPr>
        <w:tc>
          <w:tcPr>
            <w:tcW w:w="3580" w:type="dxa"/>
            <w:vAlign w:val="center"/>
          </w:tcPr>
          <w:p w14:paraId="535A1944" w14:textId="77777777" w:rsidR="00683484" w:rsidRPr="0005286C" w:rsidRDefault="0081795F" w:rsidP="00BB1B22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05286C">
              <w:rPr>
                <w:rFonts w:ascii="Arial" w:hAnsi="Arial" w:cs="Arial"/>
                <w:b/>
                <w:sz w:val="36"/>
                <w:szCs w:val="36"/>
              </w:rPr>
              <w:t>Imagine the fire happened today. What would be different?</w:t>
            </w:r>
          </w:p>
        </w:tc>
        <w:tc>
          <w:tcPr>
            <w:tcW w:w="3580" w:type="dxa"/>
            <w:vAlign w:val="center"/>
          </w:tcPr>
          <w:p w14:paraId="4288345F" w14:textId="77777777" w:rsidR="00683484" w:rsidRPr="0005286C" w:rsidRDefault="0081795F" w:rsidP="00BB1B22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05286C">
              <w:rPr>
                <w:rFonts w:ascii="Arial" w:hAnsi="Arial" w:cs="Arial"/>
                <w:b/>
                <w:sz w:val="36"/>
                <w:szCs w:val="36"/>
              </w:rPr>
              <w:t>Write a poem about London or fire.</w:t>
            </w:r>
          </w:p>
        </w:tc>
        <w:tc>
          <w:tcPr>
            <w:tcW w:w="3580" w:type="dxa"/>
            <w:vAlign w:val="center"/>
          </w:tcPr>
          <w:p w14:paraId="7E4E0536" w14:textId="77777777" w:rsidR="00683484" w:rsidRPr="0005286C" w:rsidRDefault="0081795F" w:rsidP="00BB1B22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05286C">
              <w:rPr>
                <w:rFonts w:ascii="Arial" w:hAnsi="Arial" w:cs="Arial"/>
                <w:b/>
                <w:sz w:val="36"/>
                <w:szCs w:val="36"/>
              </w:rPr>
              <w:t>Compare London in 1666 and London today.</w:t>
            </w:r>
          </w:p>
        </w:tc>
        <w:tc>
          <w:tcPr>
            <w:tcW w:w="3580" w:type="dxa"/>
            <w:vAlign w:val="center"/>
          </w:tcPr>
          <w:p w14:paraId="122AED9E" w14:textId="77777777" w:rsidR="00683484" w:rsidRPr="0005286C" w:rsidRDefault="0081795F" w:rsidP="00BB1B22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05286C">
              <w:rPr>
                <w:rFonts w:ascii="Arial" w:hAnsi="Arial" w:cs="Arial"/>
                <w:b/>
                <w:sz w:val="36"/>
                <w:szCs w:val="36"/>
              </w:rPr>
              <w:t>Interview a family member about fire safety.</w:t>
            </w:r>
          </w:p>
        </w:tc>
      </w:tr>
    </w:tbl>
    <w:p w14:paraId="27B3BCA2" w14:textId="77777777" w:rsidR="00683484" w:rsidRDefault="00683484" w:rsidP="00BB1B22">
      <w:pPr>
        <w:pStyle w:val="ListBullet"/>
        <w:numPr>
          <w:ilvl w:val="0"/>
          <w:numId w:val="0"/>
        </w:numPr>
        <w:ind w:left="360" w:hanging="360"/>
      </w:pPr>
    </w:p>
    <w:p w14:paraId="35584E92" w14:textId="77777777" w:rsidR="00AF6568" w:rsidRDefault="00AF6568" w:rsidP="00AF6568">
      <w:pPr>
        <w:pStyle w:val="ListBullet"/>
        <w:numPr>
          <w:ilvl w:val="0"/>
          <w:numId w:val="0"/>
        </w:numPr>
        <w:ind w:left="360" w:hanging="360"/>
        <w:jc w:val="center"/>
      </w:pPr>
      <w:r>
        <w:rPr>
          <w:rFonts w:ascii="Arial Rounded MT Bold" w:hAnsi="Arial Rounded MT Bold"/>
          <w:sz w:val="28"/>
          <w:szCs w:val="28"/>
        </w:rPr>
        <w:br/>
      </w:r>
      <w:r w:rsidRPr="00AF6568">
        <w:rPr>
          <w:rFonts w:ascii="Arial Rounded MT Bold" w:hAnsi="Arial Rounded MT Bold"/>
          <w:sz w:val="28"/>
          <w:szCs w:val="28"/>
        </w:rPr>
        <w:t>All completed homework needs to be returned to school by Monday 14th December.</w:t>
      </w:r>
    </w:p>
    <w:sectPr w:rsidR="00AF6568" w:rsidSect="00BB1B22">
      <w:headerReference w:type="default" r:id="rId9"/>
      <w:pgSz w:w="15840" w:h="12240" w:orient="landscape"/>
      <w:pgMar w:top="720" w:right="720" w:bottom="28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211C7D" w14:textId="77777777" w:rsidR="004C30B1" w:rsidRDefault="004C30B1" w:rsidP="00BB1B22">
      <w:pPr>
        <w:spacing w:after="0" w:line="240" w:lineRule="auto"/>
      </w:pPr>
      <w:r>
        <w:separator/>
      </w:r>
    </w:p>
  </w:endnote>
  <w:endnote w:type="continuationSeparator" w:id="0">
    <w:p w14:paraId="7DEED8BE" w14:textId="77777777" w:rsidR="004C30B1" w:rsidRDefault="004C30B1" w:rsidP="00BB1B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44F4AE" w14:textId="77777777" w:rsidR="004C30B1" w:rsidRDefault="004C30B1" w:rsidP="00BB1B22">
      <w:pPr>
        <w:spacing w:after="0" w:line="240" w:lineRule="auto"/>
      </w:pPr>
      <w:r>
        <w:separator/>
      </w:r>
    </w:p>
  </w:footnote>
  <w:footnote w:type="continuationSeparator" w:id="0">
    <w:p w14:paraId="63F91948" w14:textId="77777777" w:rsidR="004C30B1" w:rsidRDefault="004C30B1" w:rsidP="00BB1B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30B8F" w14:textId="77777777" w:rsidR="00BB1B22" w:rsidRDefault="00BB1B22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4841CA79" wp14:editId="1F016092">
          <wp:simplePos x="0" y="0"/>
          <wp:positionH relativeFrom="column">
            <wp:posOffset>-762000</wp:posOffset>
          </wp:positionH>
          <wp:positionV relativeFrom="paragraph">
            <wp:posOffset>-739140</wp:posOffset>
          </wp:positionV>
          <wp:extent cx="10660157" cy="7421880"/>
          <wp:effectExtent l="0" t="0" r="8255" b="7620"/>
          <wp:wrapNone/>
          <wp:docPr id="5" name="Picture 5" descr="The Great Fire of Lond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he Great Fire of Londo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contrast="-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0157" cy="7421880"/>
                  </a:xfrm>
                  <a:prstGeom prst="rect">
                    <a:avLst/>
                  </a:prstGeom>
                  <a:solidFill>
                    <a:schemeClr val="accent1">
                      <a:alpha val="34000"/>
                    </a:scheme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286C"/>
    <w:rsid w:val="0006063C"/>
    <w:rsid w:val="0015074B"/>
    <w:rsid w:val="0029639D"/>
    <w:rsid w:val="00326F90"/>
    <w:rsid w:val="004C30B1"/>
    <w:rsid w:val="00683484"/>
    <w:rsid w:val="0081795F"/>
    <w:rsid w:val="00AA1D8D"/>
    <w:rsid w:val="00AF6568"/>
    <w:rsid w:val="00B47730"/>
    <w:rsid w:val="00BB1B22"/>
    <w:rsid w:val="00CB0664"/>
    <w:rsid w:val="00CB189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A64183D"/>
  <w14:defaultImageDpi w14:val="300"/>
  <w15:docId w15:val="{3EE4B969-44C2-4645-9A77-3D68F7B45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4193694-5D85-4217-8B5F-790B37C50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Kearns</dc:creator>
  <cp:keywords/>
  <dc:description>generated by python-docx</dc:description>
  <cp:lastModifiedBy>Sarah Hopson</cp:lastModifiedBy>
  <cp:revision>2</cp:revision>
  <dcterms:created xsi:type="dcterms:W3CDTF">2026-10-15T11:16:00Z</dcterms:created>
  <dcterms:modified xsi:type="dcterms:W3CDTF">2026-10-15T11:16:00Z</dcterms:modified>
  <cp:category/>
</cp:coreProperties>
</file>