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296" w:rsidRDefault="00D25296">
      <w:pPr>
        <w:jc w:val="center"/>
        <w:rPr>
          <w:rFonts w:hint="eastAsia"/>
          <w:b/>
          <w:color w:val="2F5496"/>
          <w:sz w:val="44"/>
          <w:szCs w:val="44"/>
        </w:rPr>
      </w:pPr>
    </w:p>
    <w:p w:rsidR="00110779" w:rsidRDefault="006F4391">
      <w:pPr>
        <w:jc w:val="center"/>
        <w:rPr>
          <w:rFonts w:hint="eastAsia"/>
          <w:b/>
          <w:color w:val="2F5496"/>
          <w:sz w:val="44"/>
          <w:szCs w:val="44"/>
        </w:rPr>
      </w:pPr>
      <w:proofErr w:type="spellStart"/>
      <w:r w:rsidRPr="00D25296">
        <w:rPr>
          <w:b/>
          <w:color w:val="2F5496"/>
          <w:sz w:val="44"/>
          <w:szCs w:val="44"/>
        </w:rPr>
        <w:t>Bewsey</w:t>
      </w:r>
      <w:proofErr w:type="spellEnd"/>
      <w:r w:rsidRPr="00D25296">
        <w:rPr>
          <w:b/>
          <w:color w:val="2F5496"/>
          <w:sz w:val="44"/>
          <w:szCs w:val="44"/>
        </w:rPr>
        <w:t xml:space="preserve"> Lodge Academy</w:t>
      </w:r>
    </w:p>
    <w:p w:rsidR="00110779" w:rsidRDefault="006F4391">
      <w:pPr>
        <w:jc w:val="center"/>
        <w:rPr>
          <w:rFonts w:hint="eastAsia"/>
          <w:b/>
          <w:sz w:val="32"/>
          <w:szCs w:val="32"/>
        </w:rPr>
      </w:pPr>
      <w:r w:rsidRPr="00D25296">
        <w:rPr>
          <w:b/>
          <w:sz w:val="32"/>
          <w:szCs w:val="32"/>
        </w:rPr>
        <w:t>Parent Summary of School Development Priorities 2026-2027</w:t>
      </w:r>
    </w:p>
    <w:p w:rsidR="00D25296" w:rsidRPr="00D25296" w:rsidRDefault="00D25296">
      <w:pPr>
        <w:jc w:val="center"/>
        <w:rPr>
          <w:rFonts w:hint="eastAsia"/>
          <w:sz w:val="32"/>
          <w:szCs w:val="32"/>
        </w:rPr>
      </w:pPr>
    </w:p>
    <w:p w:rsidR="00110779" w:rsidRDefault="006F4391">
      <w:pPr>
        <w:jc w:val="center"/>
        <w:rPr>
          <w:rFonts w:hint="eastAsia"/>
          <w:sz w:val="22"/>
        </w:rPr>
      </w:pPr>
      <w:r w:rsidRPr="00D25296">
        <w:rPr>
          <w:sz w:val="22"/>
        </w:rPr>
        <w:t>Our School Development Plan sets out the areas we are focusing on this year to make the biggest difference to our children. This summary explains what we are working on, how it will happen and what it means for your child.</w:t>
      </w:r>
    </w:p>
    <w:p w:rsidR="00D25296" w:rsidRPr="00D25296" w:rsidRDefault="00D25296">
      <w:pPr>
        <w:jc w:val="center"/>
        <w:rPr>
          <w:rFonts w:hint="eastAsia"/>
          <w:sz w:val="22"/>
        </w:rPr>
      </w:pPr>
    </w:p>
    <w:tbl>
      <w:tblPr>
        <w:tblW w:w="0" w:type="auto"/>
        <w:jc w:val="center"/>
        <w:tblLayout w:type="fixed"/>
        <w:tblLook w:val="04A0" w:firstRow="1" w:lastRow="0" w:firstColumn="1" w:lastColumn="0" w:noHBand="0" w:noVBand="1"/>
      </w:tblPr>
      <w:tblGrid>
        <w:gridCol w:w="3591"/>
        <w:gridCol w:w="3685"/>
        <w:gridCol w:w="3685"/>
      </w:tblGrid>
      <w:tr w:rsidR="00110779">
        <w:trPr>
          <w:cantSplit/>
          <w:tblHeader/>
          <w:jc w:val="center"/>
        </w:trPr>
        <w:tc>
          <w:tcPr>
            <w:tcW w:w="3591" w:type="dxa"/>
            <w:tcBorders>
              <w:top w:val="single" w:sz="4" w:space="0" w:color="D9E2F3"/>
              <w:left w:val="single" w:sz="4" w:space="0" w:color="D9E2F3"/>
              <w:bottom w:val="single" w:sz="4" w:space="0" w:color="D9E2F3"/>
              <w:right w:val="single" w:sz="4" w:space="0" w:color="D9E2F3"/>
            </w:tcBorders>
            <w:shd w:val="clear" w:color="auto" w:fill="2F5496"/>
            <w:tcMar>
              <w:top w:w="70" w:type="dxa"/>
              <w:left w:w="90" w:type="dxa"/>
              <w:bottom w:w="70" w:type="dxa"/>
              <w:right w:w="90" w:type="dxa"/>
            </w:tcMar>
            <w:vAlign w:val="center"/>
          </w:tcPr>
          <w:p w:rsidR="00110779" w:rsidRDefault="006F4391">
            <w:pPr>
              <w:spacing w:after="0"/>
              <w:rPr>
                <w:rFonts w:hint="eastAsia"/>
              </w:rPr>
            </w:pPr>
            <w:r>
              <w:rPr>
                <w:b/>
                <w:color w:val="FFFFFF"/>
                <w:sz w:val="17"/>
              </w:rPr>
              <w:t>What we're working on</w:t>
            </w:r>
          </w:p>
        </w:tc>
        <w:tc>
          <w:tcPr>
            <w:tcW w:w="3591" w:type="dxa"/>
            <w:tcBorders>
              <w:top w:val="single" w:sz="4" w:space="0" w:color="D9E2F3"/>
              <w:left w:val="single" w:sz="4" w:space="0" w:color="D9E2F3"/>
              <w:bottom w:val="single" w:sz="4" w:space="0" w:color="D9E2F3"/>
              <w:right w:val="single" w:sz="4" w:space="0" w:color="D9E2F3"/>
            </w:tcBorders>
            <w:shd w:val="clear" w:color="auto" w:fill="2F5496"/>
            <w:tcMar>
              <w:top w:w="70" w:type="dxa"/>
              <w:left w:w="90" w:type="dxa"/>
              <w:bottom w:w="70" w:type="dxa"/>
              <w:right w:w="90" w:type="dxa"/>
            </w:tcMar>
            <w:vAlign w:val="center"/>
          </w:tcPr>
          <w:p w:rsidR="00110779" w:rsidRDefault="006F4391">
            <w:pPr>
              <w:spacing w:after="0"/>
              <w:rPr>
                <w:rFonts w:hint="eastAsia"/>
              </w:rPr>
            </w:pPr>
            <w:r>
              <w:rPr>
                <w:b/>
                <w:color w:val="FFFFFF"/>
                <w:sz w:val="17"/>
              </w:rPr>
              <w:t>Actions / how it will happen</w:t>
            </w:r>
          </w:p>
        </w:tc>
        <w:tc>
          <w:tcPr>
            <w:tcW w:w="3591" w:type="dxa"/>
            <w:tcBorders>
              <w:top w:val="single" w:sz="4" w:space="0" w:color="D9E2F3"/>
              <w:left w:val="single" w:sz="4" w:space="0" w:color="D9E2F3"/>
              <w:bottom w:val="single" w:sz="4" w:space="0" w:color="D9E2F3"/>
              <w:right w:val="single" w:sz="4" w:space="0" w:color="D9E2F3"/>
            </w:tcBorders>
            <w:shd w:val="clear" w:color="auto" w:fill="2F5496"/>
            <w:tcMar>
              <w:top w:w="70" w:type="dxa"/>
              <w:left w:w="90" w:type="dxa"/>
              <w:bottom w:w="70" w:type="dxa"/>
              <w:right w:w="90" w:type="dxa"/>
            </w:tcMar>
            <w:vAlign w:val="center"/>
          </w:tcPr>
          <w:p w:rsidR="00110779" w:rsidRDefault="006F4391">
            <w:pPr>
              <w:spacing w:after="0"/>
              <w:rPr>
                <w:rFonts w:hint="eastAsia"/>
              </w:rPr>
            </w:pPr>
            <w:r>
              <w:rPr>
                <w:b/>
                <w:color w:val="FFFFFF"/>
                <w:sz w:val="17"/>
              </w:rPr>
              <w:t>What this means for your child</w:t>
            </w:r>
          </w:p>
        </w:tc>
      </w:tr>
      <w:tr w:rsidR="00110779">
        <w:trPr>
          <w:cantSplit/>
          <w:jc w:val="center"/>
        </w:trPr>
        <w:tc>
          <w:tcPr>
            <w:tcW w:w="3402" w:type="dxa"/>
            <w:tcBorders>
              <w:top w:val="single" w:sz="4" w:space="0" w:color="D9E2F3"/>
              <w:left w:val="single" w:sz="4" w:space="0" w:color="D9E2F3"/>
              <w:bottom w:val="single" w:sz="4" w:space="0" w:color="D9E2F3"/>
              <w:right w:val="single" w:sz="4" w:space="0" w:color="D9E2F3"/>
            </w:tcBorders>
            <w:tcMar>
              <w:top w:w="70" w:type="dxa"/>
              <w:left w:w="90" w:type="dxa"/>
              <w:bottom w:w="70" w:type="dxa"/>
              <w:right w:w="90" w:type="dxa"/>
            </w:tcMar>
          </w:tcPr>
          <w:p w:rsidR="00110779" w:rsidRDefault="006F4391">
            <w:pPr>
              <w:rPr>
                <w:rFonts w:hint="eastAsia"/>
              </w:rPr>
            </w:pPr>
            <w:r>
              <w:rPr>
                <w:b/>
                <w:color w:val="2F5496"/>
                <w:sz w:val="17"/>
              </w:rPr>
              <w:t>Developing confident, successful writers</w:t>
            </w:r>
          </w:p>
          <w:p w:rsidR="00110779" w:rsidRDefault="006F4391">
            <w:pPr>
              <w:spacing w:after="0"/>
              <w:rPr>
                <w:rFonts w:hint="eastAsia"/>
              </w:rPr>
            </w:pPr>
            <w:r>
              <w:rPr>
                <w:sz w:val="15"/>
              </w:rPr>
              <w:t>We are introducing our new writing curriculum, based on the I Am a Clever Writer approach. The focus is on the essential building blocks of writing: handwriting, spelling, vocabulary, sentence construction, grammar and fluency.</w:t>
            </w:r>
          </w:p>
        </w:tc>
        <w:tc>
          <w:tcPr>
            <w:tcW w:w="3685" w:type="dxa"/>
            <w:tcBorders>
              <w:top w:val="single" w:sz="4" w:space="0" w:color="D9E2F3"/>
              <w:left w:val="single" w:sz="4" w:space="0" w:color="D9E2F3"/>
              <w:bottom w:val="single" w:sz="4" w:space="0" w:color="D9E2F3"/>
              <w:right w:val="single" w:sz="4" w:space="0" w:color="D9E2F3"/>
            </w:tcBorders>
            <w:tcMar>
              <w:top w:w="70" w:type="dxa"/>
              <w:left w:w="90" w:type="dxa"/>
              <w:bottom w:w="70" w:type="dxa"/>
              <w:right w:w="90" w:type="dxa"/>
            </w:tcMar>
            <w:vAlign w:val="center"/>
          </w:tcPr>
          <w:p w:rsidR="00110779" w:rsidRDefault="006F4391">
            <w:pPr>
              <w:spacing w:after="0"/>
              <w:rPr>
                <w:rFonts w:hint="eastAsia"/>
              </w:rPr>
            </w:pPr>
            <w:r>
              <w:rPr>
                <w:sz w:val="15"/>
              </w:rPr>
              <w:t xml:space="preserve">Teachers </w:t>
            </w:r>
            <w:r w:rsidR="00720BE0">
              <w:rPr>
                <w:sz w:val="15"/>
              </w:rPr>
              <w:t xml:space="preserve">and TAs </w:t>
            </w:r>
            <w:r>
              <w:rPr>
                <w:sz w:val="15"/>
              </w:rPr>
              <w:t>have completed training and have worked together to create a carefully sequenced curriculum. Children’s work and progress will be reviewed regularly, with extra support provided quickly where needed.</w:t>
            </w:r>
          </w:p>
        </w:tc>
        <w:tc>
          <w:tcPr>
            <w:tcW w:w="3685" w:type="dxa"/>
            <w:tcBorders>
              <w:top w:val="single" w:sz="4" w:space="0" w:color="D9E2F3"/>
              <w:left w:val="single" w:sz="4" w:space="0" w:color="D9E2F3"/>
              <w:bottom w:val="single" w:sz="4" w:space="0" w:color="D9E2F3"/>
              <w:right w:val="single" w:sz="4" w:space="0" w:color="D9E2F3"/>
            </w:tcBorders>
            <w:tcMar>
              <w:top w:w="70" w:type="dxa"/>
              <w:left w:w="90" w:type="dxa"/>
              <w:bottom w:w="70" w:type="dxa"/>
              <w:right w:w="90" w:type="dxa"/>
            </w:tcMar>
            <w:vAlign w:val="center"/>
          </w:tcPr>
          <w:p w:rsidR="00110779" w:rsidRDefault="006F4391">
            <w:pPr>
              <w:spacing w:after="0"/>
              <w:rPr>
                <w:rFonts w:hint="eastAsia"/>
              </w:rPr>
            </w:pPr>
            <w:r>
              <w:rPr>
                <w:sz w:val="15"/>
              </w:rPr>
              <w:t>Children will become more confident and fluent writers. The important basics will be taught explicitly and practised regularly, with learning building carefully from one year group to the next.</w:t>
            </w:r>
          </w:p>
        </w:tc>
      </w:tr>
      <w:tr w:rsidR="00110779">
        <w:trPr>
          <w:cantSplit/>
          <w:jc w:val="center"/>
        </w:trPr>
        <w:tc>
          <w:tcPr>
            <w:tcW w:w="3402" w:type="dxa"/>
            <w:tcBorders>
              <w:top w:val="single" w:sz="4" w:space="0" w:color="D9E2F3"/>
              <w:left w:val="single" w:sz="4" w:space="0" w:color="D9E2F3"/>
              <w:bottom w:val="single" w:sz="4" w:space="0" w:color="D9E2F3"/>
              <w:right w:val="single" w:sz="4" w:space="0" w:color="D9E2F3"/>
            </w:tcBorders>
            <w:shd w:val="clear" w:color="auto" w:fill="F3F6FA"/>
            <w:tcMar>
              <w:top w:w="70" w:type="dxa"/>
              <w:left w:w="90" w:type="dxa"/>
              <w:bottom w:w="70" w:type="dxa"/>
              <w:right w:w="90" w:type="dxa"/>
            </w:tcMar>
          </w:tcPr>
          <w:p w:rsidR="00110779" w:rsidRDefault="006F4391">
            <w:pPr>
              <w:rPr>
                <w:rFonts w:hint="eastAsia"/>
              </w:rPr>
            </w:pPr>
            <w:r>
              <w:rPr>
                <w:b/>
                <w:color w:val="2F5496"/>
                <w:sz w:val="17"/>
              </w:rPr>
              <w:t>Strong foundations in reading and maths</w:t>
            </w:r>
          </w:p>
          <w:p w:rsidR="00110779" w:rsidRDefault="006F4391">
            <w:pPr>
              <w:spacing w:after="0"/>
              <w:rPr>
                <w:rFonts w:hint="eastAsia"/>
              </w:rPr>
            </w:pPr>
            <w:r>
              <w:rPr>
                <w:sz w:val="15"/>
              </w:rPr>
              <w:t>In Years 1 and 2, we are placing even greater emphasis on the foundations children need for future learning, particularly early reading, phonics, number knowledge and mathematical fluency.</w:t>
            </w:r>
          </w:p>
        </w:tc>
        <w:tc>
          <w:tcPr>
            <w:tcW w:w="3685" w:type="dxa"/>
            <w:tcBorders>
              <w:top w:val="single" w:sz="4" w:space="0" w:color="D9E2F3"/>
              <w:left w:val="single" w:sz="4" w:space="0" w:color="D9E2F3"/>
              <w:bottom w:val="single" w:sz="4" w:space="0" w:color="D9E2F3"/>
              <w:right w:val="single" w:sz="4" w:space="0" w:color="D9E2F3"/>
            </w:tcBorders>
            <w:shd w:val="clear" w:color="auto" w:fill="F3F6FA"/>
            <w:tcMar>
              <w:top w:w="70" w:type="dxa"/>
              <w:left w:w="90" w:type="dxa"/>
              <w:bottom w:w="70" w:type="dxa"/>
              <w:right w:w="90" w:type="dxa"/>
            </w:tcMar>
            <w:vAlign w:val="center"/>
          </w:tcPr>
          <w:p w:rsidR="00110779" w:rsidRDefault="00D25296">
            <w:pPr>
              <w:spacing w:after="0"/>
              <w:rPr>
                <w:rFonts w:hint="eastAsia"/>
              </w:rPr>
            </w:pPr>
            <w:r>
              <w:rPr>
                <w:sz w:val="15"/>
              </w:rPr>
              <w:t xml:space="preserve">Children will have daily opportunities to practice basic </w:t>
            </w:r>
            <w:r w:rsidR="006F4391">
              <w:rPr>
                <w:sz w:val="15"/>
              </w:rPr>
              <w:t>reading and number skills</w:t>
            </w:r>
            <w:r>
              <w:rPr>
                <w:sz w:val="15"/>
              </w:rPr>
              <w:t xml:space="preserve"> before moving onto our </w:t>
            </w:r>
            <w:proofErr w:type="spellStart"/>
            <w:r>
              <w:rPr>
                <w:sz w:val="15"/>
              </w:rPr>
              <w:t>Maths</w:t>
            </w:r>
            <w:proofErr w:type="spellEnd"/>
            <w:r>
              <w:rPr>
                <w:sz w:val="15"/>
              </w:rPr>
              <w:t xml:space="preserve"> No P</w:t>
            </w:r>
            <w:r>
              <w:rPr>
                <w:rFonts w:hint="eastAsia"/>
                <w:sz w:val="15"/>
              </w:rPr>
              <w:t>r</w:t>
            </w:r>
            <w:r>
              <w:rPr>
                <w:sz w:val="15"/>
              </w:rPr>
              <w:t>oblem scheme</w:t>
            </w:r>
            <w:r w:rsidR="006F4391">
              <w:rPr>
                <w:sz w:val="15"/>
              </w:rPr>
              <w:t>. Short assessments will help teachers identify gaps quickly and provide additional practice and support.</w:t>
            </w:r>
          </w:p>
        </w:tc>
        <w:tc>
          <w:tcPr>
            <w:tcW w:w="3685" w:type="dxa"/>
            <w:tcBorders>
              <w:top w:val="single" w:sz="4" w:space="0" w:color="D9E2F3"/>
              <w:left w:val="single" w:sz="4" w:space="0" w:color="D9E2F3"/>
              <w:bottom w:val="single" w:sz="4" w:space="0" w:color="D9E2F3"/>
              <w:right w:val="single" w:sz="4" w:space="0" w:color="D9E2F3"/>
            </w:tcBorders>
            <w:shd w:val="clear" w:color="auto" w:fill="F3F6FA"/>
            <w:tcMar>
              <w:top w:w="70" w:type="dxa"/>
              <w:left w:w="90" w:type="dxa"/>
              <w:bottom w:w="70" w:type="dxa"/>
              <w:right w:w="90" w:type="dxa"/>
            </w:tcMar>
            <w:vAlign w:val="center"/>
          </w:tcPr>
          <w:p w:rsidR="00110779" w:rsidRDefault="006F4391">
            <w:pPr>
              <w:spacing w:after="0"/>
              <w:rPr>
                <w:rFonts w:hint="eastAsia"/>
              </w:rPr>
            </w:pPr>
            <w:r>
              <w:rPr>
                <w:sz w:val="15"/>
              </w:rPr>
              <w:t>Your child will have time to truly master important early skills before moving on. Strong foundations will help them approach later learning with greater confidence and success.</w:t>
            </w:r>
          </w:p>
        </w:tc>
      </w:tr>
      <w:tr w:rsidR="00110779">
        <w:trPr>
          <w:cantSplit/>
          <w:jc w:val="center"/>
        </w:trPr>
        <w:tc>
          <w:tcPr>
            <w:tcW w:w="3402" w:type="dxa"/>
            <w:tcBorders>
              <w:top w:val="single" w:sz="4" w:space="0" w:color="D9E2F3"/>
              <w:left w:val="single" w:sz="4" w:space="0" w:color="D9E2F3"/>
              <w:bottom w:val="single" w:sz="4" w:space="0" w:color="D9E2F3"/>
              <w:right w:val="single" w:sz="4" w:space="0" w:color="D9E2F3"/>
            </w:tcBorders>
            <w:tcMar>
              <w:top w:w="70" w:type="dxa"/>
              <w:left w:w="90" w:type="dxa"/>
              <w:bottom w:w="70" w:type="dxa"/>
              <w:right w:w="90" w:type="dxa"/>
            </w:tcMar>
          </w:tcPr>
          <w:p w:rsidR="00110779" w:rsidRDefault="006F4391">
            <w:pPr>
              <w:rPr>
                <w:rFonts w:hint="eastAsia"/>
              </w:rPr>
            </w:pPr>
            <w:r>
              <w:rPr>
                <w:b/>
                <w:color w:val="2F5496"/>
                <w:sz w:val="17"/>
              </w:rPr>
              <w:t>Becoming fluent in times tables</w:t>
            </w:r>
          </w:p>
          <w:p w:rsidR="00110779" w:rsidRDefault="006F4391">
            <w:pPr>
              <w:spacing w:after="0"/>
              <w:rPr>
                <w:rFonts w:hint="eastAsia"/>
              </w:rPr>
            </w:pPr>
            <w:r>
              <w:rPr>
                <w:sz w:val="15"/>
              </w:rPr>
              <w:t>We want children to know multiplication facts quickly and confidently, with a particular focus on Years 4 and 5.</w:t>
            </w:r>
          </w:p>
        </w:tc>
        <w:tc>
          <w:tcPr>
            <w:tcW w:w="3685" w:type="dxa"/>
            <w:tcBorders>
              <w:top w:val="single" w:sz="4" w:space="0" w:color="D9E2F3"/>
              <w:left w:val="single" w:sz="4" w:space="0" w:color="D9E2F3"/>
              <w:bottom w:val="single" w:sz="4" w:space="0" w:color="D9E2F3"/>
              <w:right w:val="single" w:sz="4" w:space="0" w:color="D9E2F3"/>
            </w:tcBorders>
            <w:tcMar>
              <w:top w:w="70" w:type="dxa"/>
              <w:left w:w="90" w:type="dxa"/>
              <w:bottom w:w="70" w:type="dxa"/>
              <w:right w:w="90" w:type="dxa"/>
            </w:tcMar>
            <w:vAlign w:val="center"/>
          </w:tcPr>
          <w:p w:rsidR="00110779" w:rsidRDefault="006F4391">
            <w:pPr>
              <w:spacing w:after="0"/>
              <w:rPr>
                <w:rFonts w:hint="eastAsia"/>
              </w:rPr>
            </w:pPr>
            <w:r>
              <w:rPr>
                <w:sz w:val="15"/>
              </w:rPr>
              <w:t>We will use a consistent approach to teaching times tables across school, with regular practice, progress checks and small-group support where needed.</w:t>
            </w:r>
          </w:p>
        </w:tc>
        <w:tc>
          <w:tcPr>
            <w:tcW w:w="3685" w:type="dxa"/>
            <w:tcBorders>
              <w:top w:val="single" w:sz="4" w:space="0" w:color="D9E2F3"/>
              <w:left w:val="single" w:sz="4" w:space="0" w:color="D9E2F3"/>
              <w:bottom w:val="single" w:sz="4" w:space="0" w:color="D9E2F3"/>
              <w:right w:val="single" w:sz="4" w:space="0" w:color="D9E2F3"/>
            </w:tcBorders>
            <w:tcMar>
              <w:top w:w="70" w:type="dxa"/>
              <w:left w:w="90" w:type="dxa"/>
              <w:bottom w:w="70" w:type="dxa"/>
              <w:right w:w="90" w:type="dxa"/>
            </w:tcMar>
            <w:vAlign w:val="center"/>
          </w:tcPr>
          <w:p w:rsidR="00110779" w:rsidRDefault="006F4391">
            <w:pPr>
              <w:spacing w:after="0"/>
              <w:rPr>
                <w:rFonts w:hint="eastAsia"/>
              </w:rPr>
            </w:pPr>
            <w:r>
              <w:rPr>
                <w:sz w:val="15"/>
              </w:rPr>
              <w:t>Secure times-table knowledge will help your child calculate more quickly, solve problems more confidently and access increasingly complex maths.</w:t>
            </w:r>
          </w:p>
        </w:tc>
      </w:tr>
      <w:tr w:rsidR="00110779">
        <w:trPr>
          <w:cantSplit/>
          <w:jc w:val="center"/>
        </w:trPr>
        <w:tc>
          <w:tcPr>
            <w:tcW w:w="3402" w:type="dxa"/>
            <w:tcBorders>
              <w:top w:val="single" w:sz="4" w:space="0" w:color="D9E2F3"/>
              <w:left w:val="single" w:sz="4" w:space="0" w:color="D9E2F3"/>
              <w:bottom w:val="single" w:sz="4" w:space="0" w:color="D9E2F3"/>
              <w:right w:val="single" w:sz="4" w:space="0" w:color="D9E2F3"/>
            </w:tcBorders>
            <w:shd w:val="clear" w:color="auto" w:fill="F3F6FA"/>
            <w:tcMar>
              <w:top w:w="70" w:type="dxa"/>
              <w:left w:w="90" w:type="dxa"/>
              <w:bottom w:w="70" w:type="dxa"/>
              <w:right w:w="90" w:type="dxa"/>
            </w:tcMar>
          </w:tcPr>
          <w:p w:rsidR="00110779" w:rsidRDefault="006F4391">
            <w:pPr>
              <w:rPr>
                <w:rFonts w:hint="eastAsia"/>
              </w:rPr>
            </w:pPr>
            <w:r>
              <w:rPr>
                <w:b/>
                <w:color w:val="2F5496"/>
                <w:sz w:val="17"/>
              </w:rPr>
              <w:t>Extending CLASP into Key Stage 1</w:t>
            </w:r>
          </w:p>
          <w:p w:rsidR="00110779" w:rsidRDefault="006F4391">
            <w:pPr>
              <w:spacing w:after="0"/>
              <w:rPr>
                <w:rFonts w:hint="eastAsia"/>
              </w:rPr>
            </w:pPr>
            <w:r>
              <w:rPr>
                <w:sz w:val="15"/>
              </w:rPr>
              <w:t>We are developing our successful CLASP programme - Creative Learning, Arts, Sports and Performance - so that younger children can benefit from it too.</w:t>
            </w:r>
          </w:p>
        </w:tc>
        <w:tc>
          <w:tcPr>
            <w:tcW w:w="3685" w:type="dxa"/>
            <w:tcBorders>
              <w:top w:val="single" w:sz="4" w:space="0" w:color="D9E2F3"/>
              <w:left w:val="single" w:sz="4" w:space="0" w:color="D9E2F3"/>
              <w:bottom w:val="single" w:sz="4" w:space="0" w:color="D9E2F3"/>
              <w:right w:val="single" w:sz="4" w:space="0" w:color="D9E2F3"/>
            </w:tcBorders>
            <w:shd w:val="clear" w:color="auto" w:fill="F3F6FA"/>
            <w:tcMar>
              <w:top w:w="70" w:type="dxa"/>
              <w:left w:w="90" w:type="dxa"/>
              <w:bottom w:w="70" w:type="dxa"/>
              <w:right w:w="90" w:type="dxa"/>
            </w:tcMar>
            <w:vAlign w:val="center"/>
          </w:tcPr>
          <w:p w:rsidR="00110779" w:rsidRDefault="006F4391">
            <w:pPr>
              <w:spacing w:after="0"/>
              <w:rPr>
                <w:rFonts w:hint="eastAsia"/>
              </w:rPr>
            </w:pPr>
            <w:r>
              <w:rPr>
                <w:sz w:val="15"/>
              </w:rPr>
              <w:t>During the year we will design and trial a carefully planned KS1 CLASP curriculum. Staff will receive training and activities will be adapted so that all children, including those with SEND, can take part.</w:t>
            </w:r>
          </w:p>
        </w:tc>
        <w:tc>
          <w:tcPr>
            <w:tcW w:w="3685" w:type="dxa"/>
            <w:tcBorders>
              <w:top w:val="single" w:sz="4" w:space="0" w:color="D9E2F3"/>
              <w:left w:val="single" w:sz="4" w:space="0" w:color="D9E2F3"/>
              <w:bottom w:val="single" w:sz="4" w:space="0" w:color="D9E2F3"/>
              <w:right w:val="single" w:sz="4" w:space="0" w:color="D9E2F3"/>
            </w:tcBorders>
            <w:shd w:val="clear" w:color="auto" w:fill="F3F6FA"/>
            <w:tcMar>
              <w:top w:w="70" w:type="dxa"/>
              <w:left w:w="90" w:type="dxa"/>
              <w:bottom w:w="70" w:type="dxa"/>
              <w:right w:w="90" w:type="dxa"/>
            </w:tcMar>
            <w:vAlign w:val="center"/>
          </w:tcPr>
          <w:p w:rsidR="00110779" w:rsidRDefault="006F4391">
            <w:pPr>
              <w:spacing w:after="0"/>
              <w:rPr>
                <w:rFonts w:hint="eastAsia"/>
              </w:rPr>
            </w:pPr>
            <w:r>
              <w:rPr>
                <w:sz w:val="15"/>
              </w:rPr>
              <w:t>Children will have more opportunities to be creative, active, perform, discover new talents and develop confidence. The aim is to broaden horizons and raise aspirations.</w:t>
            </w:r>
          </w:p>
        </w:tc>
      </w:tr>
      <w:tr w:rsidR="00110779">
        <w:trPr>
          <w:cantSplit/>
          <w:jc w:val="center"/>
        </w:trPr>
        <w:tc>
          <w:tcPr>
            <w:tcW w:w="3402" w:type="dxa"/>
            <w:tcBorders>
              <w:top w:val="single" w:sz="4" w:space="0" w:color="D9E2F3"/>
              <w:left w:val="single" w:sz="4" w:space="0" w:color="D9E2F3"/>
              <w:bottom w:val="single" w:sz="4" w:space="0" w:color="D9E2F3"/>
              <w:right w:val="single" w:sz="4" w:space="0" w:color="D9E2F3"/>
            </w:tcBorders>
            <w:tcMar>
              <w:top w:w="70" w:type="dxa"/>
              <w:left w:w="90" w:type="dxa"/>
              <w:bottom w:w="70" w:type="dxa"/>
              <w:right w:w="90" w:type="dxa"/>
            </w:tcMar>
          </w:tcPr>
          <w:p w:rsidR="00217D49" w:rsidRDefault="00720BE0">
            <w:pPr>
              <w:spacing w:after="0"/>
              <w:rPr>
                <w:rFonts w:hint="eastAsia"/>
              </w:rPr>
            </w:pPr>
            <w:r>
              <w:rPr>
                <w:b/>
                <w:color w:val="2F5496"/>
                <w:sz w:val="17"/>
              </w:rPr>
              <w:t>Helping disadvantaged pupils achieve their best</w:t>
            </w:r>
          </w:p>
          <w:p w:rsidR="00217D49" w:rsidRDefault="00720BE0">
            <w:pPr>
              <w:spacing w:after="0"/>
              <w:rPr>
                <w:rFonts w:hint="eastAsia"/>
              </w:rPr>
            </w:pPr>
            <w:r>
              <w:rPr>
                <w:sz w:val="15"/>
              </w:rPr>
              <w:t xml:space="preserve">We want pupils eligible for Pupil Premium to </w:t>
            </w:r>
            <w:r>
              <w:rPr>
                <w:sz w:val="15"/>
              </w:rPr>
              <w:t>achieve as well as their peers in reading, writing and maths. Support will be closely linked to our wider improvements in these subjects rather than creating separate programmes.</w:t>
            </w:r>
          </w:p>
        </w:tc>
        <w:tc>
          <w:tcPr>
            <w:tcW w:w="3685" w:type="dxa"/>
            <w:tcBorders>
              <w:top w:val="single" w:sz="4" w:space="0" w:color="D9E2F3"/>
              <w:left w:val="single" w:sz="4" w:space="0" w:color="D9E2F3"/>
              <w:bottom w:val="single" w:sz="4" w:space="0" w:color="D9E2F3"/>
              <w:right w:val="single" w:sz="4" w:space="0" w:color="D9E2F3"/>
            </w:tcBorders>
            <w:tcMar>
              <w:top w:w="70" w:type="dxa"/>
              <w:left w:w="90" w:type="dxa"/>
              <w:bottom w:w="70" w:type="dxa"/>
              <w:right w:w="90" w:type="dxa"/>
            </w:tcMar>
          </w:tcPr>
          <w:p w:rsidR="00217D49" w:rsidRDefault="00720BE0">
            <w:pPr>
              <w:spacing w:after="0"/>
              <w:rPr>
                <w:rFonts w:hint="eastAsia"/>
              </w:rPr>
            </w:pPr>
            <w:r>
              <w:rPr>
                <w:sz w:val="15"/>
              </w:rPr>
              <w:t xml:space="preserve">Teachers will use assessment and pupil-progress information to identify each </w:t>
            </w:r>
            <w:r>
              <w:rPr>
                <w:sz w:val="15"/>
              </w:rPr>
              <w:t>child’s main barrier and provide precise support where needed. We will review progress termly, link support to our writing and KS1 foundations work, and make sure pupils who are already doing well receive appropriate challenge.</w:t>
            </w:r>
          </w:p>
        </w:tc>
        <w:tc>
          <w:tcPr>
            <w:tcW w:w="3685" w:type="dxa"/>
            <w:tcBorders>
              <w:top w:val="single" w:sz="4" w:space="0" w:color="D9E2F3"/>
              <w:left w:val="single" w:sz="4" w:space="0" w:color="D9E2F3"/>
              <w:bottom w:val="single" w:sz="4" w:space="0" w:color="D9E2F3"/>
              <w:right w:val="single" w:sz="4" w:space="0" w:color="D9E2F3"/>
            </w:tcBorders>
            <w:tcMar>
              <w:top w:w="70" w:type="dxa"/>
              <w:left w:w="90" w:type="dxa"/>
              <w:bottom w:w="70" w:type="dxa"/>
              <w:right w:w="90" w:type="dxa"/>
            </w:tcMar>
          </w:tcPr>
          <w:p w:rsidR="00217D49" w:rsidRDefault="00720BE0">
            <w:pPr>
              <w:spacing w:after="0"/>
              <w:rPr>
                <w:rFonts w:hint="eastAsia"/>
              </w:rPr>
            </w:pPr>
            <w:r>
              <w:rPr>
                <w:sz w:val="15"/>
              </w:rPr>
              <w:t>Children will receive the ri</w:t>
            </w:r>
            <w:r>
              <w:rPr>
                <w:sz w:val="15"/>
              </w:rPr>
              <w:t>ght support at the right time, while continuing to learn alongside their peers. The aim is to raise attainment, reduce gaps and ensure disadvantaged pupils have the confidence, knowledge and opportunity to succeed.</w:t>
            </w:r>
          </w:p>
        </w:tc>
      </w:tr>
      <w:tr w:rsidR="00110779">
        <w:trPr>
          <w:cantSplit/>
          <w:jc w:val="center"/>
        </w:trPr>
        <w:tc>
          <w:tcPr>
            <w:tcW w:w="3402" w:type="dxa"/>
            <w:tcBorders>
              <w:top w:val="single" w:sz="4" w:space="0" w:color="D9E2F3"/>
              <w:left w:val="single" w:sz="4" w:space="0" w:color="D9E2F3"/>
              <w:bottom w:val="single" w:sz="4" w:space="0" w:color="D9E2F3"/>
              <w:right w:val="single" w:sz="4" w:space="0" w:color="D9E2F3"/>
            </w:tcBorders>
            <w:shd w:val="clear" w:color="auto" w:fill="F3F6FA"/>
            <w:tcMar>
              <w:top w:w="70" w:type="dxa"/>
              <w:left w:w="90" w:type="dxa"/>
              <w:bottom w:w="70" w:type="dxa"/>
              <w:right w:w="90" w:type="dxa"/>
            </w:tcMar>
          </w:tcPr>
          <w:p w:rsidR="00110779" w:rsidRDefault="006F4391">
            <w:pPr>
              <w:rPr>
                <w:rFonts w:hint="eastAsia"/>
              </w:rPr>
            </w:pPr>
            <w:r>
              <w:rPr>
                <w:b/>
                <w:color w:val="2F5496"/>
                <w:sz w:val="17"/>
              </w:rPr>
              <w:t>Transforming playtimes through OPAL</w:t>
            </w:r>
          </w:p>
          <w:p w:rsidR="00110779" w:rsidRDefault="006F4391">
            <w:pPr>
              <w:spacing w:after="0"/>
              <w:rPr>
                <w:rFonts w:hint="eastAsia"/>
              </w:rPr>
            </w:pPr>
            <w:r>
              <w:rPr>
                <w:sz w:val="15"/>
              </w:rPr>
              <w:t>We are developing playtimes through OPAL (Outdoor Play and Learning), giving children richer, more creative and active opportunities at lunchtime.</w:t>
            </w:r>
          </w:p>
        </w:tc>
        <w:tc>
          <w:tcPr>
            <w:tcW w:w="3685" w:type="dxa"/>
            <w:tcBorders>
              <w:top w:val="single" w:sz="4" w:space="0" w:color="D9E2F3"/>
              <w:left w:val="single" w:sz="4" w:space="0" w:color="D9E2F3"/>
              <w:bottom w:val="single" w:sz="4" w:space="0" w:color="D9E2F3"/>
              <w:right w:val="single" w:sz="4" w:space="0" w:color="D9E2F3"/>
            </w:tcBorders>
            <w:shd w:val="clear" w:color="auto" w:fill="F3F6FA"/>
            <w:tcMar>
              <w:top w:w="70" w:type="dxa"/>
              <w:left w:w="90" w:type="dxa"/>
              <w:bottom w:w="70" w:type="dxa"/>
              <w:right w:w="90" w:type="dxa"/>
            </w:tcMar>
            <w:vAlign w:val="center"/>
          </w:tcPr>
          <w:p w:rsidR="00110779" w:rsidRDefault="006F4391">
            <w:pPr>
              <w:spacing w:after="0"/>
              <w:rPr>
                <w:rFonts w:hint="eastAsia"/>
              </w:rPr>
            </w:pPr>
            <w:r>
              <w:rPr>
                <w:sz w:val="15"/>
              </w:rPr>
              <w:t>Staff will receive specialist training and new play zones, equipment and activities will be introduced gradually. Children will help us evaluate what makes a great playtime and safety and inclusion will be reviewed throughout.</w:t>
            </w:r>
          </w:p>
        </w:tc>
        <w:tc>
          <w:tcPr>
            <w:tcW w:w="3685" w:type="dxa"/>
            <w:tcBorders>
              <w:top w:val="single" w:sz="4" w:space="0" w:color="D9E2F3"/>
              <w:left w:val="single" w:sz="4" w:space="0" w:color="D9E2F3"/>
              <w:bottom w:val="single" w:sz="4" w:space="0" w:color="D9E2F3"/>
              <w:right w:val="single" w:sz="4" w:space="0" w:color="D9E2F3"/>
            </w:tcBorders>
            <w:shd w:val="clear" w:color="auto" w:fill="F3F6FA"/>
            <w:tcMar>
              <w:top w:w="70" w:type="dxa"/>
              <w:left w:w="90" w:type="dxa"/>
              <w:bottom w:w="70" w:type="dxa"/>
              <w:right w:w="90" w:type="dxa"/>
            </w:tcMar>
            <w:vAlign w:val="center"/>
          </w:tcPr>
          <w:p w:rsidR="00110779" w:rsidRDefault="006F4391">
            <w:pPr>
              <w:spacing w:after="0"/>
              <w:rPr>
                <w:rFonts w:hint="eastAsia"/>
              </w:rPr>
            </w:pPr>
            <w:r>
              <w:rPr>
                <w:sz w:val="15"/>
              </w:rPr>
              <w:t>Playtimes will offer greater choice, creativity and independence. Children will develop friendships, resilience, teamwork, problem-solving and emotional wellbeing - while having more fun.</w:t>
            </w:r>
          </w:p>
        </w:tc>
      </w:tr>
      <w:tr w:rsidR="00110779">
        <w:trPr>
          <w:cantSplit/>
          <w:jc w:val="center"/>
        </w:trPr>
        <w:tc>
          <w:tcPr>
            <w:tcW w:w="3402" w:type="dxa"/>
            <w:tcBorders>
              <w:top w:val="single" w:sz="4" w:space="0" w:color="D9E2F3"/>
              <w:left w:val="single" w:sz="4" w:space="0" w:color="D9E2F3"/>
              <w:bottom w:val="single" w:sz="4" w:space="0" w:color="D9E2F3"/>
              <w:right w:val="single" w:sz="4" w:space="0" w:color="D9E2F3"/>
            </w:tcBorders>
            <w:tcMar>
              <w:top w:w="70" w:type="dxa"/>
              <w:left w:w="90" w:type="dxa"/>
              <w:bottom w:w="70" w:type="dxa"/>
              <w:right w:w="90" w:type="dxa"/>
            </w:tcMar>
          </w:tcPr>
          <w:p w:rsidR="00110779" w:rsidRDefault="006F4391">
            <w:pPr>
              <w:rPr>
                <w:rFonts w:hint="eastAsia"/>
              </w:rPr>
            </w:pPr>
            <w:r>
              <w:rPr>
                <w:b/>
                <w:color w:val="2F5496"/>
                <w:sz w:val="17"/>
              </w:rPr>
              <w:t>Attendance, punctuality and positive behaviour</w:t>
            </w:r>
          </w:p>
          <w:p w:rsidR="00110779" w:rsidRDefault="006F4391">
            <w:pPr>
              <w:spacing w:after="0"/>
              <w:rPr>
                <w:rFonts w:hint="eastAsia"/>
              </w:rPr>
            </w:pPr>
            <w:r>
              <w:rPr>
                <w:sz w:val="15"/>
              </w:rPr>
              <w:t>We want every child to be in school, on time and ready to learn. We are also continuing to develop a consistent, restorative approach to behaviour.</w:t>
            </w:r>
          </w:p>
        </w:tc>
        <w:tc>
          <w:tcPr>
            <w:tcW w:w="3685" w:type="dxa"/>
            <w:tcBorders>
              <w:top w:val="single" w:sz="4" w:space="0" w:color="D9E2F3"/>
              <w:left w:val="single" w:sz="4" w:space="0" w:color="D9E2F3"/>
              <w:bottom w:val="single" w:sz="4" w:space="0" w:color="D9E2F3"/>
              <w:right w:val="single" w:sz="4" w:space="0" w:color="D9E2F3"/>
            </w:tcBorders>
            <w:tcMar>
              <w:top w:w="70" w:type="dxa"/>
              <w:left w:w="90" w:type="dxa"/>
              <w:bottom w:w="70" w:type="dxa"/>
              <w:right w:w="90" w:type="dxa"/>
            </w:tcMar>
            <w:vAlign w:val="center"/>
          </w:tcPr>
          <w:p w:rsidR="00110779" w:rsidRDefault="006F4391">
            <w:pPr>
              <w:spacing w:after="0"/>
              <w:rPr>
                <w:rFonts w:hint="eastAsia"/>
              </w:rPr>
            </w:pPr>
            <w:r>
              <w:rPr>
                <w:sz w:val="15"/>
              </w:rPr>
              <w:t>Attendance and punctuality will be monitored closely so that support can be offered early. Staff will receive further training in restorative practice and children who need additional help will receive targeted support.</w:t>
            </w:r>
          </w:p>
        </w:tc>
        <w:tc>
          <w:tcPr>
            <w:tcW w:w="3685" w:type="dxa"/>
            <w:tcBorders>
              <w:top w:val="single" w:sz="4" w:space="0" w:color="D9E2F3"/>
              <w:left w:val="single" w:sz="4" w:space="0" w:color="D9E2F3"/>
              <w:bottom w:val="single" w:sz="4" w:space="0" w:color="D9E2F3"/>
              <w:right w:val="single" w:sz="4" w:space="0" w:color="D9E2F3"/>
            </w:tcBorders>
            <w:tcMar>
              <w:top w:w="70" w:type="dxa"/>
              <w:left w:w="90" w:type="dxa"/>
              <w:bottom w:w="70" w:type="dxa"/>
              <w:right w:w="90" w:type="dxa"/>
            </w:tcMar>
            <w:vAlign w:val="center"/>
          </w:tcPr>
          <w:p w:rsidR="00110779" w:rsidRDefault="006F4391">
            <w:pPr>
              <w:spacing w:after="0"/>
              <w:rPr>
                <w:rFonts w:hint="eastAsia"/>
              </w:rPr>
            </w:pPr>
            <w:r>
              <w:rPr>
                <w:sz w:val="15"/>
              </w:rPr>
              <w:t>Children will experience clear expectations, calm classrooms and fewer interruptions to learning. When things go wrong, they will be supported to reflect, repair relationships and make better choices.</w:t>
            </w:r>
          </w:p>
        </w:tc>
      </w:tr>
      <w:tr w:rsidR="00110779">
        <w:trPr>
          <w:cantSplit/>
          <w:jc w:val="center"/>
        </w:trPr>
        <w:tc>
          <w:tcPr>
            <w:tcW w:w="3402" w:type="dxa"/>
            <w:tcBorders>
              <w:top w:val="single" w:sz="4" w:space="0" w:color="D9E2F3"/>
              <w:left w:val="single" w:sz="4" w:space="0" w:color="D9E2F3"/>
              <w:bottom w:val="single" w:sz="4" w:space="0" w:color="D9E2F3"/>
              <w:right w:val="single" w:sz="4" w:space="0" w:color="D9E2F3"/>
            </w:tcBorders>
            <w:shd w:val="clear" w:color="auto" w:fill="F3F6FA"/>
            <w:tcMar>
              <w:top w:w="70" w:type="dxa"/>
              <w:left w:w="90" w:type="dxa"/>
              <w:bottom w:w="70" w:type="dxa"/>
              <w:right w:w="90" w:type="dxa"/>
            </w:tcMar>
          </w:tcPr>
          <w:p w:rsidR="00110779" w:rsidRDefault="006F4391">
            <w:pPr>
              <w:rPr>
                <w:rFonts w:hint="eastAsia"/>
              </w:rPr>
            </w:pPr>
            <w:r>
              <w:rPr>
                <w:b/>
                <w:color w:val="2F5496"/>
                <w:sz w:val="17"/>
              </w:rPr>
              <w:t>A happy, supported staff team</w:t>
            </w:r>
          </w:p>
          <w:p w:rsidR="00110779" w:rsidRDefault="006F4391">
            <w:pPr>
              <w:spacing w:after="0"/>
              <w:rPr>
                <w:rFonts w:hint="eastAsia"/>
              </w:rPr>
            </w:pPr>
            <w:r>
              <w:rPr>
                <w:sz w:val="15"/>
              </w:rPr>
              <w:t>We know children thrive when the adults working with them feel valued, supported and listened to. Staff wellbeing, communication and inclusion are therefore important priorities. We are also working towards becoming a Menopause Friendly Workplace.</w:t>
            </w:r>
          </w:p>
        </w:tc>
        <w:tc>
          <w:tcPr>
            <w:tcW w:w="3685" w:type="dxa"/>
            <w:tcBorders>
              <w:top w:val="single" w:sz="4" w:space="0" w:color="D9E2F3"/>
              <w:left w:val="single" w:sz="4" w:space="0" w:color="D9E2F3"/>
              <w:bottom w:val="single" w:sz="4" w:space="0" w:color="D9E2F3"/>
              <w:right w:val="single" w:sz="4" w:space="0" w:color="D9E2F3"/>
            </w:tcBorders>
            <w:shd w:val="clear" w:color="auto" w:fill="F3F6FA"/>
            <w:tcMar>
              <w:top w:w="70" w:type="dxa"/>
              <w:left w:w="90" w:type="dxa"/>
              <w:bottom w:w="70" w:type="dxa"/>
              <w:right w:w="90" w:type="dxa"/>
            </w:tcMar>
            <w:vAlign w:val="center"/>
          </w:tcPr>
          <w:p w:rsidR="00110779" w:rsidRDefault="006F4391">
            <w:pPr>
              <w:spacing w:after="0"/>
              <w:rPr>
                <w:rFonts w:hint="eastAsia"/>
              </w:rPr>
            </w:pPr>
            <w:r>
              <w:rPr>
                <w:sz w:val="15"/>
              </w:rPr>
              <w:t>Staff will have regular opportunities to share views, contribute to working groups and access appropriate wellbeing support. Leaders will listen to feedback and communicate the actions taken as a result.</w:t>
            </w:r>
          </w:p>
        </w:tc>
        <w:tc>
          <w:tcPr>
            <w:tcW w:w="3685" w:type="dxa"/>
            <w:tcBorders>
              <w:top w:val="single" w:sz="4" w:space="0" w:color="D9E2F3"/>
              <w:left w:val="single" w:sz="4" w:space="0" w:color="D9E2F3"/>
              <w:bottom w:val="single" w:sz="4" w:space="0" w:color="D9E2F3"/>
              <w:right w:val="single" w:sz="4" w:space="0" w:color="D9E2F3"/>
            </w:tcBorders>
            <w:shd w:val="clear" w:color="auto" w:fill="F3F6FA"/>
            <w:tcMar>
              <w:top w:w="70" w:type="dxa"/>
              <w:left w:w="90" w:type="dxa"/>
              <w:bottom w:w="70" w:type="dxa"/>
              <w:right w:w="90" w:type="dxa"/>
            </w:tcMar>
            <w:vAlign w:val="center"/>
          </w:tcPr>
          <w:p w:rsidR="00110779" w:rsidRDefault="006F4391">
            <w:pPr>
              <w:spacing w:after="0"/>
              <w:rPr>
                <w:rFonts w:hint="eastAsia"/>
              </w:rPr>
            </w:pPr>
            <w:r>
              <w:rPr>
                <w:sz w:val="15"/>
              </w:rPr>
              <w:t>A happy, motivated and supported staff team means greater consistency for children, positive relationships and adults who have the capacity to provide calm, caring and high-quality teaching.</w:t>
            </w:r>
          </w:p>
        </w:tc>
      </w:tr>
      <w:tr w:rsidR="00110779">
        <w:trPr>
          <w:cantSplit/>
          <w:jc w:val="center"/>
        </w:trPr>
        <w:tc>
          <w:tcPr>
            <w:tcW w:w="3402" w:type="dxa"/>
            <w:tcBorders>
              <w:top w:val="single" w:sz="4" w:space="0" w:color="D9E2F3"/>
              <w:left w:val="single" w:sz="4" w:space="0" w:color="D9E2F3"/>
              <w:bottom w:val="single" w:sz="4" w:space="0" w:color="D9E2F3"/>
              <w:right w:val="single" w:sz="4" w:space="0" w:color="D9E2F3"/>
            </w:tcBorders>
            <w:tcMar>
              <w:top w:w="70" w:type="dxa"/>
              <w:left w:w="90" w:type="dxa"/>
              <w:bottom w:w="70" w:type="dxa"/>
              <w:right w:w="90" w:type="dxa"/>
            </w:tcMar>
          </w:tcPr>
          <w:p w:rsidR="00110779" w:rsidRDefault="006F4391">
            <w:pPr>
              <w:rPr>
                <w:rFonts w:hint="eastAsia"/>
              </w:rPr>
            </w:pPr>
            <w:r>
              <w:rPr>
                <w:b/>
                <w:color w:val="2F5496"/>
                <w:sz w:val="17"/>
              </w:rPr>
              <w:t>Strengthening the role of governors</w:t>
            </w:r>
          </w:p>
          <w:p w:rsidR="00110779" w:rsidRDefault="006F4391">
            <w:pPr>
              <w:spacing w:after="0"/>
              <w:rPr>
                <w:rFonts w:hint="eastAsia"/>
              </w:rPr>
            </w:pPr>
            <w:r>
              <w:rPr>
                <w:sz w:val="15"/>
              </w:rPr>
              <w:t>We want governors to play an even more active role in school improvement and to have a clear understanding of the impact of our work.</w:t>
            </w:r>
          </w:p>
        </w:tc>
        <w:tc>
          <w:tcPr>
            <w:tcW w:w="3685" w:type="dxa"/>
            <w:tcBorders>
              <w:top w:val="single" w:sz="4" w:space="0" w:color="D9E2F3"/>
              <w:left w:val="single" w:sz="4" w:space="0" w:color="D9E2F3"/>
              <w:bottom w:val="single" w:sz="4" w:space="0" w:color="D9E2F3"/>
              <w:right w:val="single" w:sz="4" w:space="0" w:color="D9E2F3"/>
            </w:tcBorders>
            <w:tcMar>
              <w:top w:w="70" w:type="dxa"/>
              <w:left w:w="90" w:type="dxa"/>
              <w:bottom w:w="70" w:type="dxa"/>
              <w:right w:w="90" w:type="dxa"/>
            </w:tcMar>
            <w:vAlign w:val="center"/>
          </w:tcPr>
          <w:p w:rsidR="00110779" w:rsidRDefault="006F4391">
            <w:pPr>
              <w:spacing w:after="0"/>
              <w:rPr>
                <w:rFonts w:hint="eastAsia"/>
              </w:rPr>
            </w:pPr>
            <w:r>
              <w:rPr>
                <w:sz w:val="15"/>
              </w:rPr>
              <w:t>Governors will work alongside staff through focused working groups, visit school, look at evidence, talk to staff and pupils and monitor the progress of key priorities.</w:t>
            </w:r>
          </w:p>
        </w:tc>
        <w:tc>
          <w:tcPr>
            <w:tcW w:w="3685" w:type="dxa"/>
            <w:tcBorders>
              <w:top w:val="single" w:sz="4" w:space="0" w:color="D9E2F3"/>
              <w:left w:val="single" w:sz="4" w:space="0" w:color="D9E2F3"/>
              <w:bottom w:val="single" w:sz="4" w:space="0" w:color="D9E2F3"/>
              <w:right w:val="single" w:sz="4" w:space="0" w:color="D9E2F3"/>
            </w:tcBorders>
            <w:tcMar>
              <w:top w:w="70" w:type="dxa"/>
              <w:left w:w="90" w:type="dxa"/>
              <w:bottom w:w="70" w:type="dxa"/>
              <w:right w:w="90" w:type="dxa"/>
            </w:tcMar>
            <w:vAlign w:val="center"/>
          </w:tcPr>
          <w:p w:rsidR="00110779" w:rsidRDefault="006F4391">
            <w:pPr>
              <w:spacing w:after="0"/>
              <w:rPr>
                <w:rFonts w:hint="eastAsia"/>
              </w:rPr>
            </w:pPr>
            <w:r>
              <w:rPr>
                <w:sz w:val="15"/>
              </w:rPr>
              <w:t>School leaders will be supported and challenged to make the best possible decisions for children, with stronger oversight of teaching, wellbeing, inclusion and school improvement.</w:t>
            </w:r>
          </w:p>
        </w:tc>
      </w:tr>
    </w:tbl>
    <w:p w:rsidR="00D25296" w:rsidRDefault="00D25296">
      <w:pPr>
        <w:spacing w:before="80"/>
        <w:jc w:val="center"/>
        <w:rPr>
          <w:rFonts w:hint="eastAsia"/>
          <w:b/>
          <w:color w:val="2F5496"/>
        </w:rPr>
      </w:pPr>
    </w:p>
    <w:p w:rsidR="00110779" w:rsidRPr="00D25296" w:rsidRDefault="00720BE0">
      <w:pPr>
        <w:spacing w:before="80"/>
        <w:jc w:val="center"/>
        <w:rPr>
          <w:rFonts w:hint="eastAsia"/>
          <w:sz w:val="32"/>
          <w:szCs w:val="32"/>
        </w:rPr>
      </w:pPr>
      <w:r>
        <w:rPr>
          <w:color w:val="2F5496"/>
          <w:sz w:val="32"/>
          <w:szCs w:val="32"/>
        </w:rPr>
        <w:t>Our goal: E</w:t>
      </w:r>
      <w:bookmarkStart w:id="0" w:name="_GoBack"/>
      <w:bookmarkEnd w:id="0"/>
      <w:r w:rsidR="006F4391" w:rsidRPr="00D25296">
        <w:rPr>
          <w:color w:val="2F5496"/>
          <w:sz w:val="32"/>
          <w:szCs w:val="32"/>
        </w:rPr>
        <w:t>very decision in our School Development Plan should make things better for our children and help Bewsey Lodge Academy continue to be the very best PLACE to learn and grow.</w:t>
      </w:r>
    </w:p>
    <w:sectPr w:rsidR="00110779" w:rsidRPr="00D25296" w:rsidSect="00034616">
      <w:headerReference w:type="default" r:id="rId8"/>
      <w:footerReference w:type="default" r:id="rId9"/>
      <w:pgSz w:w="11906" w:h="16838"/>
      <w:pgMar w:top="624" w:right="567" w:bottom="567" w:left="567" w:header="504" w:footer="576"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391" w:rsidRDefault="006F4391">
      <w:pPr>
        <w:spacing w:after="0"/>
        <w:rPr>
          <w:rFonts w:hint="eastAsia"/>
        </w:rPr>
      </w:pPr>
      <w:r>
        <w:separator/>
      </w:r>
    </w:p>
  </w:endnote>
  <w:endnote w:type="continuationSeparator" w:id="0">
    <w:p w:rsidR="006F4391" w:rsidRDefault="006F4391">
      <w:pPr>
        <w:spacing w:after="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0779" w:rsidRDefault="006F4391">
    <w:pPr>
      <w:pStyle w:val="Footer"/>
      <w:jc w:val="center"/>
      <w:rPr>
        <w:rFonts w:hint="eastAsia"/>
      </w:rPr>
    </w:pPr>
    <w:r>
      <w:rPr>
        <w:color w:val="646464"/>
        <w:sz w:val="14"/>
      </w:rPr>
      <w:t>Bewsey Lodge Academy | School Development Priorities 2026-2027</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391" w:rsidRDefault="006F4391">
      <w:pPr>
        <w:spacing w:after="0"/>
        <w:rPr>
          <w:rFonts w:hint="eastAsia"/>
        </w:rPr>
      </w:pPr>
      <w:r>
        <w:separator/>
      </w:r>
    </w:p>
  </w:footnote>
  <w:footnote w:type="continuationSeparator" w:id="0">
    <w:p w:rsidR="006F4391" w:rsidRDefault="006F4391">
      <w:pPr>
        <w:spacing w:after="0"/>
        <w:rPr>
          <w:rFonts w:hint="eastAsia"/>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296" w:rsidRDefault="00D25296">
    <w:pPr>
      <w:pStyle w:val="Header"/>
      <w:rPr>
        <w:rFonts w:hint="eastAsia"/>
      </w:rPr>
    </w:pPr>
    <w:r>
      <w:rPr>
        <w:noProof/>
        <w:lang w:val="en-GB" w:eastAsia="en-GB"/>
      </w:rPr>
      <mc:AlternateContent>
        <mc:Choice Requires="wpg">
          <w:drawing>
            <wp:anchor distT="0" distB="0" distL="114300" distR="114300" simplePos="0" relativeHeight="251659264" behindDoc="0" locked="0" layoutInCell="1" allowOverlap="1" wp14:anchorId="441E3187" wp14:editId="555EE541">
              <wp:simplePos x="0" y="0"/>
              <wp:positionH relativeFrom="column">
                <wp:posOffset>5067300</wp:posOffset>
              </wp:positionH>
              <wp:positionV relativeFrom="paragraph">
                <wp:posOffset>-257175</wp:posOffset>
              </wp:positionV>
              <wp:extent cx="1770380" cy="666750"/>
              <wp:effectExtent l="0" t="0" r="1270" b="0"/>
              <wp:wrapNone/>
              <wp:docPr id="1" name="Group 1"/>
              <wp:cNvGraphicFramePr/>
              <a:graphic xmlns:a="http://schemas.openxmlformats.org/drawingml/2006/main">
                <a:graphicData uri="http://schemas.microsoft.com/office/word/2010/wordprocessingGroup">
                  <wpg:wgp>
                    <wpg:cNvGrpSpPr/>
                    <wpg:grpSpPr>
                      <a:xfrm>
                        <a:off x="0" y="0"/>
                        <a:ext cx="1770380" cy="666750"/>
                        <a:chOff x="0" y="0"/>
                        <a:chExt cx="1770380" cy="666750"/>
                      </a:xfrm>
                    </wpg:grpSpPr>
                    <pic:pic xmlns:pic="http://schemas.openxmlformats.org/drawingml/2006/picture">
                      <pic:nvPicPr>
                        <pic:cNvPr id="6" name="image1.png" descr="$LOGO$"/>
                        <pic:cNvPicPr/>
                      </pic:nvPicPr>
                      <pic:blipFill>
                        <a:blip r:embed="rId1">
                          <a:extLst>
                            <a:ext uri="{28A0092B-C50C-407E-A947-70E740481C1C}">
                              <a14:useLocalDpi xmlns:a14="http://schemas.microsoft.com/office/drawing/2010/main" val="0"/>
                            </a:ext>
                          </a:extLst>
                        </a:blip>
                        <a:srcRect/>
                        <a:stretch>
                          <a:fillRect/>
                        </a:stretch>
                      </pic:blipFill>
                      <pic:spPr>
                        <a:xfrm>
                          <a:off x="0" y="0"/>
                          <a:ext cx="676275" cy="666750"/>
                        </a:xfrm>
                        <a:prstGeom prst="rect">
                          <a:avLst/>
                        </a:prstGeom>
                        <a:ln/>
                      </pic:spPr>
                    </pic:pic>
                    <pic:pic xmlns:pic="http://schemas.openxmlformats.org/drawingml/2006/picture">
                      <pic:nvPicPr>
                        <pic:cNvPr id="5" name="Picture 5"/>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809625" y="57150"/>
                          <a:ext cx="960755" cy="523875"/>
                        </a:xfrm>
                        <a:prstGeom prst="rect">
                          <a:avLst/>
                        </a:prstGeom>
                      </pic:spPr>
                    </pic:pic>
                  </wpg:wgp>
                </a:graphicData>
              </a:graphic>
            </wp:anchor>
          </w:drawing>
        </mc:Choice>
        <mc:Fallback>
          <w:pict>
            <v:group w14:anchorId="7F78A77D" id="Group 1" o:spid="_x0000_s1026" style="position:absolute;margin-left:399pt;margin-top:-20.25pt;width:139.4pt;height:52.5pt;z-index:251659264" coordsize="17703,6667" o:gfxdata="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alt="$LOGO$" style="position:absolute;width:6762;height:6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">
                <v:imagedata r:id="rId3" o:title="$LOGO$"/>
              </v:shape>
              <v:shape id="Picture 5" o:spid="_x0000_s1028" type="#_x0000_t75" style="position:absolute;left:8096;top:571;width:9607;height:5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">
                <v:imagedata r:id="rId4" o:title=""/>
                <v:path arrowok="t"/>
              </v:shap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83DE0"/>
    <w:rsid w:val="00110779"/>
    <w:rsid w:val="0015074B"/>
    <w:rsid w:val="00217D49"/>
    <w:rsid w:val="0029639D"/>
    <w:rsid w:val="00326F90"/>
    <w:rsid w:val="006F4391"/>
    <w:rsid w:val="00720BE0"/>
    <w:rsid w:val="00AA1D8D"/>
    <w:rsid w:val="00B178BC"/>
    <w:rsid w:val="00B47730"/>
    <w:rsid w:val="00CB0664"/>
    <w:rsid w:val="00D252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0CE95C"/>
  <w14:defaultImageDpi w14:val="300"/>
  <w15:docId w15:val="{80A59A8F-4AE8-491E-B009-9486DAB3B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40" w:line="240" w:lineRule="auto"/>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720BE0"/>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720B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6855B-7B87-4A27-9A25-D9D19C211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914</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 Williams</cp:lastModifiedBy>
  <cp:revision>3</cp:revision>
  <cp:lastPrinted>2026-09-22T12:43:00Z</cp:lastPrinted>
  <dcterms:created xsi:type="dcterms:W3CDTF">2026-09-22T12:42:00Z</dcterms:created>
  <dcterms:modified xsi:type="dcterms:W3CDTF">2026-09-22T13:22:00Z</dcterms:modified>
  <cp:category/>
</cp:coreProperties>
</file>